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סודות הפריחה: מבשרי הסתיו והחצב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החצב ומבשרי סתיו נוספים כתופעות עונתיות חוזרות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הנקרא, סידור רצף ואוצר מילים בהתאם לגיל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לשמירה על פרחי בר ולכללי בטיחות בטיול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התרגול לאוכלוסיות שונות – עולים חדשים וחינוך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גן עד א׳: מגלים את החצב – מזהים ומכירים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גן עד א׳: מגלים את החצב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בקיץ חם בחוץ, וחצבי שומר מים בתוך הבצל.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החצב רעיל ואסור לקטוף פרחי 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גן עד א׳: מגלים את החצב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גן עד א׳: מגלים את החצב – מתאימים תמונה ומילה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(פרח לבן וגבוה)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(באה לשתות צוף)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(נמצא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(יורד בחורף)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ב׳ עד ג׳: קוראים ומסדרים את מעגל החיים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הוא פורח בסוף הקיץ ומודיע שהסתיו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בבצל שמתחת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עמוד הפריחה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ב׳ עד ג׳: קוראים ומסדרים את מעגל החיים – אוצר מילים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ב׳ עד ג׳: קוראים ומסדרים את מעגל החיים – התאמה וסידור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(מחסן מים ומזון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(הגבעול הגבוה שעליו נפתחים הפרחים)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(דבר שאנשים מספרים מדור לדור בלי הוכחה מדעית)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(כינוי לחצב כי הוא מודיע שהקיץ נגמר)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ד׳ עד ו׳: חוקרים ומשווים מבשרי סתיו – זוכרים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לכרכום 3 אבקנים ולסתוונית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חסידה לבנה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ד׳ עד ו׳: חוקרים ומשווים מבשרי סתיו – נכון/לא נכון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מגיע מאזורים קרים בצפון בסתיו ונשאר בישראל עד החורף.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העלים יוצאים רק אחרי הפריחה, לקראת החורף.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ד׳ עד ו׳: חוקרים ומשווים מבשרי סתיו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(עמוד פריחה גבוה ולבן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(פרחים ורודים-סגולים בצורת גביע)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(פרח עם צלקות כתומות בולטות)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(עלים בצורת לב עם ציור כסוף)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ד׳ עד ו׳: חוקרים ומשווים מבשרי סתיו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עברית לעולים חדשים: מילות הסתיו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(הָעוֹנָה שֶׁמַּתְחִילָה אַחֲרֵי הַקַּיִץ)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(הָעוֹנָה הַקָּרָה עִם גֶּשֶׁם)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(יוֹרֵד מֵהֶעָנָן בַּחֹרֶף)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(נִמְצָא בָּאֲדָמָה וְשׁוֹמֵר מַיִם וּמָזוֹן)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עברית לעולים חדשים: מילות הסתיו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חַם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גֶּשֶׁם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עברית לעולים חדשים: מילות הסתיו – מבינים ויוצרים דו־שיח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דָּנָה שׁוֹאֶלֶת 'אֶפְשָׁר לִקְטֹף?' וְאַבִּי עוֹנֶה שֶׁלֹּא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עברית לעולים חדשים: מילות הסתיו – כותבים בעצמנו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חינוך מיוחד: צעד אחר צעד ומיון – מתאימים לקבוצה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(מזג אוויר)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חינוך מיוחד: צעד אחר צעד ומיון – לוח בחירה והכנה לטיול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שמים כובע ולוקחים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חינוך מיוחד: צעד אחר צעד ומיון – נכון או לא נכון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פרחי בר רבים מוגנים, ולכן רק מסתכלים ומצלמים.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שם של צמח או ציפור וסימן זיהוי אחד לפחות מתוך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שניים מתוך: ללכת עם מבוגר, לא לקטוף, לא לטעום, לשמור מרחק מדבורים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שעובדה מדעית נבדקה ואמונה עממית היא סיפור שעובר מדור לדור בלי הוכחה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שיעור אחד לכל פרק, עם יציאה קצרה לחצר בין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בגן ובכיתה א׳ מומלץ להקריא את הטקסטים בקול ולהשאיר את הכתיבה למינימום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בחינוך מיוחד אפשר להגדיל את התמונות, לעבוד צעד אחד בכל פעם ולהשתמש בלוח בחירה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לשלב הקראה חוזרת של המילים המנוקדות לפני מילוי התרגילים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סודות הפריחה: מבשרי הסתיו והחצב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על הפרק המתאים לכיתה שלכם לפי הסדר, ואם יש זמן אפשר להעזר גם בפרקים של רמות סמוכות. בסיום כל פרק אפשר לצאת לרגע קצר לחצר ולחפש מבשרי סתיו אמיתיים.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רקפת  ·  חַם  ·  לבנים  ·  בצל  ·  3  ·  גֶּשֶׁם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גן עד א׳: מגלים את החצב – מזהים ומכירים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אות מתחילה המילה חָצָב?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חֲצַבִּי יָשֵׁן כל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גן עד א׳: מגלים את החצב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חֲצַבִּי יָשֵׁן כל הקיץ בתוך הבצל.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לקטוף ולטעום פרחי חצב.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גן עד א׳: מגלים את החצב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בסוף הקיץ חצבי מוציא גבעול ארוך, ועליו פרחים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גן עד א׳: מגלים את החצב – מתאימים תמונה ומילה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חָצָב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באה לשתות צוף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דְּבוֹרָה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פרח לבן וגבוה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בָּצָל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יורד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נמצא מתחת לאדמה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ב׳ עד ג׳: קוראים ומסדרים את מעגל החיים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קוראים לחצב מבשר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פורח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הוא פורח בסוף הקיץ ומודיע שהסתיו 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יש לו עלים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החצב שומר מים ומזון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בבצל שמתחת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צומח קודם אצל החצב - עמוד הפריחה או העלים?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עמוד הפריחה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הבצל החדש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ב׳ עד ג׳: קוראים ומסדרים את מעגל החיים – אוצר מילים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לחצב יש __________ גדול מתחת לאדמה שבו הוא שומר מים ומזון.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ב׳ עד ג׳: קוראים ומסדרים את מעגל החיים – התאמה וסידור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כינוי לחצב כי הוא מודיע שהקיץ נגמר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עמוד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שאנשים מספרים מדור לדור בלי הוכחה מדעית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אמונה עממית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הגבעול הגבוה שעליו נפתחים הפרחים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מבשר הסתיו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מחסן מים ומזון מתחת לאדמה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ד׳ עד ו׳: חוקרים ומשווים מבשרי סתיו – זוכרים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במספר האבקנים בין כרכום לסתוונית?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לכרכום 3 אבקנים ולסתוונית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לסתוונית 3 אבקנים ולכרכום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מבשר סתיו הוא ציפור נודדת שעוברת מעל ישראל בערך באוגוסט-אוקטובר?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רקפת מצויה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ד׳ עד ו׳: חוקרים ומשווים מבשרי סתיו – נכון/לא נכון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הנחליאלי הלבן מגיע לישראל בסתיו ונשאר כל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לחצב יש עלים ירוקים בזמן שהוא פורח.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ד׳ עד ו׳: חוקרים ומשווים מבשרי סתיו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חצב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עלים בצורת לב עם ציור כסוף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פרח עם צלקות כתומות בולטות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כרכום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פרחים ורודים-סגולים בצורת גביע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רקפת מצויה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עמוד פריחה גבוה ולבן בלי 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ד׳ עד ו׳: חוקרים ומשווים מבשרי סתיו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גדלה בין סלעים ועליה בצורת לב עם ציור כסוף.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לכרכום יש __________ אבקנים, ולסתוונית יש שישה.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עברית לעולים חדשים: מילות הסתיו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סְתָו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נִמְצָא בָּאֲדָמָה וְשׁוֹמֵר מַיִם וּמָזוֹן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חֹרֶף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יוֹרֵד מֵהֶעָנָן בַּחֹרֶף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הָעוֹנָה שֶׁמַּתְחִילָה אַחֲרֵי הַקַּיִץ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בָּצָל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הָעוֹנָה הַקָּרָה עִם גֶּשֶׁם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עברית לעולים חדשים: מילות הסתיו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בַּקַּיִץ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בַּחֹרֶף יוֹרֵד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עברית לעולים חדשים: מילות הסתיו – מבינים ויוצרים דו־שיח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בַּדּוּ־שִׂיחַ, דָּנָה שׁוֹאֶלֶת אֶת אַבִּי אִם אֶפְשָׁר לִקְטֹף אֶת הֶחָצָב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עברית לעולים חדשים: מילות הסתיו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חינוך מיוחד: צעד אחר צעד ומיון – מתאימים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חינוך מיוחד: צעד אחר צעד ומיון – לוח בחירה והכנה לטיול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לפני שיוצאים לטיול?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שמים כובע ולוקחים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קוטפים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טועמים צמחים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חינוך מיוחד: צעד אחר צעד ומיון – נכון או לא נכון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לקטוף פרחי בר בטיול.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תן/י דוגמה אחת למבשר סתיו ותסביר/י איך מזהים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כללים חשובים שצריך לזכור כשיוצאים לטיול תצפית?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סודות הפריחה: מבשרי הסתיו והחצב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