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סודות הפריחה: מבשרי הסתיו והחצב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החצב ומבשרי סתיו נוספים כתופעות עונתיות חוזרות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הנקרא, סידור רצף ואוצר מילים בהתאם לגיל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מודעות לשמירה על פרחי בר ולכללי בטיחות בטיול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התרגול לאוכלוסיות שונות – עולים חדשים וחינוך 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גן עד א׳: מגלים את החצב – מזהים ומכירים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גן עד א׳: מגלים את החצב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בקיץ חם בחוץ, וחצבי שומר מים בתוך הבצל.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החצב רעיל ואסור לקטוף פרחי בר.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גן עד א׳: מגלים את החצב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דבורה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גן עד א׳: מגלים את החצב – מתאימים תמונה ומילה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(פרח לבן וגבוה)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(באה לשתות צוף)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(נמצא מתחת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(יורד בחורף)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(ירוק, יוצא לקראת החורף)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ב׳ עד ג׳: קוראים ומסדרים את מעגל החיים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הוא פורח בסוף הקיץ ומודיע שהסתיו מגיע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בבצל שמתחת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עמוד הפריחה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דבורים וצרעות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ב׳ עד ג׳: קוראים ומסדרים את מעגל החיים – אוצר מילים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ב׳ עד ג׳: קוראים ומסדרים את מעגל החיים – התאמה וסידור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(מחסן מים ומזון מתחת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(הגבעול הגבוה שעליו נפתחים הפרחים)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(דבר שאנשים מספרים מדור לדור בלי הוכחה מדעית)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(כינוי לחצב כי הוא מודיע שהקיץ נגמר)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(לא קוטפים אותו, רק מסתכלים ומצלמים)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(אסור לאכול או לשים בפה)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ד׳ עד ו׳: חוקרים ומשווים מבשרי סתיו – זוכרים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לכרכום 3 אבקנים ולסתוונית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חסידה לבנה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בספטמבר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ד׳ עד ו׳: חוקרים ומשווים מבשרי סתיו – נכון/לא נכון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מגיע מאזורים קרים בצפון בסתיו ונשאר בישראל עד החורף.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העלים יוצאים רק אחרי הפריחה, לקראת החורף.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ד׳ עד ו׳: חוקרים ומשווים מבשרי סתיו – מתאימים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(עמוד פריחה גבוה ולבן בלי 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(פרחים ורודים-סגולים בצורת גביע)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(פרח עם צלקות כתומות בולטות)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(עלים בצורת לב עם ציור כסוף)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(כתר צהוב וריח חזק ומתוק)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(מקור ורגליים אדומים)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ד׳ עד ו׳: חוקרים ומשווים מבשרי סתיו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רקפת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עברית לעולים חדשים: מילות הסתיו – התאמת מילים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(הָעוֹנָה שֶׁמַּתְחִילָה אַחֲרֵי הַקַּיִץ)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(הָעוֹנָה הַקָּרָה עִם גֶּשֶׁם)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(יוֹרֵד מֵהֶעָנָן בַּחֹרֶף)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(נִמְצָא בָּאֲדָמָה וְשׁוֹמֵר מַיִם וּמָזוֹן)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(חֶרֶק שֶׁשּׁוֹתֶה צוּף מֵהַפֶּרַח)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עברית לעולים חדשים: מילות הסתיו – משלימים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חַם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גֶּשֶׁם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פּוֹרֵחַ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אֲדָמָה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דְּבוֹרָה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עברית לעולים חדשים: מילות הסתיו – מבינים ויוצרים דו־שיח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דָּנָה שׁוֹאֶלֶת 'אֶפְשָׁר לִקְטֹף?' וְאַבִּי עוֹנֶה שֶׁלֹּא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אַבִּי אוֹמֵר שֶׁאָסוּר, כִּי זֶה פֶּרַח בָּר מוּגָן - רַק מִסְתַּכְּלִים וּמְצַלְּמִים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עברית לעולים חדשים: מילות הסתיו – כותבים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אני רואה חצב לבן ועננים בשמים.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ילד א: תראי חצב! אפשר לקטוף? ילד ב: לא, זה פרח בר מוגן.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חינוך מיוחד: צעד אחר צעד ומיון – מתאימים לקבוצה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(מזג אוויר)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(מזג אוויר)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חינוך מיוחד: צעד אחר צעד ומיון – לוח בחירה והכנה לטיול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שמים כובע ולוקחים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לצלם את הפרח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חינוך מיוחד: צעד אחר צעד ומיון – נכון או לא נכון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פרחי בר רבים מוגנים, ולכן רק מסתכלים ומצלמים.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כשממיינים תמונות לומדים להבדיל בין סוגים שונים של דברים בטבע.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שם של צמח או ציפור וסימן זיהוי אחד לפחות מתוך הטבלה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שניים מתוך: ללכת עם מבוגר, לא לקטוף, לא לטעום, לשמור מרחק מדבורים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הבנה שעובדה מדעית נבדקה ואמונה עממית היא סיפור שעובר מדור לדור בלי הוכחה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– שיעור אחד לכל פרק, עם יציאה קצרה לחצר בין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בגן ובכיתה א׳ מומלץ להקריא את הטקסטים בקול ולהשאיר את הכתיבה למינימום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בחינוך מיוחד אפשר להגדיל את התמונות, לעבוד צעד אחד בכל פעם ולהשתמש בלוח בחירה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כדאי לשלב הקראה חוזרת של המילים המנוקדות לפני מילוי התרגילים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סודות הפריחה: מבשרי הסתיו והחצב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עבדו על הפרק המתאים לכיתה שלכם לפי הסדר, ואם יש זמן אפשר להעזר גם בפרקים של רמות סמוכות. בסיום כל פרק אפשר לצאת לרגע קצר לחצר ולחפש מבשרי סתיו אמיתיים.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גן עד א׳: מגלים את החצב – מזהים ומכירים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אות מתחילה המילה חָצָב?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חֲצַבִּי יָשֵׁן כל הקיץ?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צֶבַע הפרחים של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גן עד א׳: מגלים את החצב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חֲצַבִּי יָשֵׁן כל הקיץ בתוך הבצל.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לקטוף ולטעום פרחי חצב.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גן עד א׳: מגלים את החצב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בסוף הקיץ חצבי מוציא גבעול ארוך, ועליו פרחים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באה לשתות צוף מהפרחים? ה__________ באה לבקר.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גן עד א׳: מגלים את החצב – מתאימים תמונה ומילה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חָצָב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ירוק, יוצא לקראת החורף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דְּבוֹרָה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יורד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בָּצָל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פרח לבן וגבוה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גֶּשֶׁם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נמצא מתחת לאדמה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עָלֶה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באה לשתות צוף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ב׳ עד ג׳: קוראים ומסדרים את מעגל החיים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קוראים לחצב מבשר הסתיו?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פורח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פורח בסוף הקיץ ומודיע שהסתיו מגיע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לו עלים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גדל רק בגינות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החצב שומר מים ומזון בקיץ?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בבצל שמתחת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בזרעים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צומח קודם אצל החצב - עמוד הפריחה או העלים?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עמוד הפריחה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הבצל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מגיע לשתות צוף מהפרחים של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דבורים וצרעות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נחשים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חתולים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ב׳ עד ג׳: קוראים ומסדרים את מעגל החיים – אוצר מילים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לחצב יש __________ גדול מתחת לאדמה שבו הוא שומר מים ומזון.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העלים הירוקים של החצב מופיעים __________ הפריחה, לקראת החורף.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ב׳ עד ג׳: קוראים ומסדרים את מעגל החיים – התאמה וסידור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כינוי לחצב כי הוא מודיע שהקיץ נגמר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עמוד פריחה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קוטפים אותו, רק מסתכלים ומצלמים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אמונה עממית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אסור לאכול או לשים בפה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מבשר הסתיו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הגבעול הגבוה שעליו נפתחים הפרחים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פרח 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מחסן מים ומזון מתחת לאדמה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רעיל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דבר שאנשים מספרים מדור לדור בלי הוכחה מדעית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ד׳ עד ו׳: חוקרים ומשווים מבשרי סתיו – זוכרים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במספר האבקנים בין כרכום לסתוונית?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לכרכום 3 אבקנים ולסתוונית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לסתוונית 3 אבקנים ולכרכום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לשניהם אין אבקנים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מבשר סתיו הוא ציפור נודדת שעוברת מעל ישראל בערך באוגוסט-אוקטובר?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נחליאלי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חסידה לבנה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רקפת מצויה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שיא הפריחה של החצב המצוי?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בספטמבר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באפריל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ד׳ עד ו׳: חוקרים ומשווים מבשרי סתיו – נכון/לא נכון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הנחליאלי הלבן מגיע לישראל בסתיו ונשאר כל החורף.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לחצב יש עלים ירוקים בזמן שהוא פורח.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ד׳ עד ו׳: חוקרים ומשווים מבשרי סתיו – מתאימים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חצב מצוי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פרחים ורודים-סגולים בצורת גביע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סתוונית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כתר צהוב וריח חזק ומתוק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כרכום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עלים בצורת לב עם ציור כסוף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רקפת מצויה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מקור ורגליים אדומים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נרקיס מצוי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פרח עם צלקות כתומות בולטות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חסידה לבנה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עמוד פריחה גבוה ולבן בלי עלים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ד׳ עד ו׳: חוקרים ומשווים מבשרי סתיו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גדלה בין סלעים ועליה בצורת לב עם ציור כסוף.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לכרכום יש __________ אבקנים, ולסתוונית יש שישה.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עברית לעולים חדשים: מילות הסתיו – התאמת מילים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סְתָו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הָעוֹנָה הַקָּרָה עִם גֶּשֶׁם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חֹרֶף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נִמְצָא בָּאֲדָמָה וְשׁוֹמֵר מַיִם וּמָזוֹן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גֶּשֶׁם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חֶרֶק שֶׁשּׁוֹתֶה צוּף מֵהַפֶּרַח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בָּצָל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הָעוֹנָה שֶׁמַּתְחִילָה אַחֲרֵי הַקַּיִץ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דְּבוֹרָה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יוֹרֵד מֵהֶעָנָן בַּחֹרֶף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עברית לעולים חדשים: מילות הסתיו – משלימים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בַּקַּיִץ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בַּחֹרֶף יוֹרֵד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הֶחָצָב __________ בְּסוֹף הַקַּיִץ.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הַבָּצָל נִמְצָא בָּ__________.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הַ__________ שׁוֹתָה צוּף מֵהַפֶּרַח.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עברית לעולים חדשים: מילות הסתיו – מבינים ויוצרים דו־שיח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בַּדּוּ־שִׂיחַ, דָּנָה שׁוֹאֶלֶת אֶת אַבִּי אִם אֶפְשָׁר לִקְטֹף אֶת הֶחָצָב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אַבִּי אוֹמֵר שֶׁמֻּתָּר לִקְטֹף כִּי זֶה רַק פֶּרַח אֶחָד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עברית לעולים חדשים: מילות הסתיו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כִּתְבוּ מִשְׁפָּט קָצָר: מָה רוֹאִים בַּסְּתָו בַּטִּיּוּל? (הִשְׁתַּמְּשׁוּ בְּמִלָּה אַחַת מֵרְשִׁימַת מִלּוֹת הַסְּתָו)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כִּתְבוּ דּוּ־שִׂיחַ קָצָר שֶׁל שְׁתֵּי שׁוּרוֹת בֵּין שְׁנֵי יְלָדִים שֶׁרוֹאִים חָצָב בַּטִּיּוּל (הִשְׁתַּמְּשׁוּ בַּמִּלִּים: חָצָב, לִקְטֹף)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חינוך מיוחד: צעד אחר צעד ומיון – מתאימים לקבוצה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מזג אוויר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רקפת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חסידה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מזג אוויר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נחליאלי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צמח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חינוך מיוחד: צעד אחר צעד ומיון – לוח בחירה והכנה לטיול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לפני שיוצאים לטיול?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שמים כובע ולוקחים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קוטפים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טועמים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רצים לבד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ילד או ילדה לא רוצים לגעת בפרח אבל רוצים להשתתף. מה אפשר לבחור מלוח הבחירה?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לצלם את הפרח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לקטוף את הפרח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לטעום את הפרח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ולעזוב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חינוך מיוחד: צעד אחר צעד ומיון – נכון או לא נכון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לקטוף פרחי בר בטיול.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מיון תמונות עוזר לנו להבין אם דבר הוא צמח, ציפור או מזג אוויר.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תן/י דוגמה אחת למבשר סתיו ותסביר/י איך מזהים אותו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כללים חשובים שצריך לזכור כשיוצאים לטיול תצפית?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עובדה מדעית לאמונה עממית, לפי מה שלמדנו על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סודות הפריחה: מבשרי הסתיו והחצב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